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גמישות מחשבתית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"גמישות מחשבתית"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🔄 גמישות מחשבתית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יוֹתֵר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🔄 גמישות מחשבתית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🔄 🛤️ 💡  משפט השבוע: יֵשׁ יוֹתֵר מִדֶּרֶךְ אַחַת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לִסְמוֹךְ  |  יוֹתֵר  |  עוֹזְרִים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"יֵשׁ יוֹתֵר מִדֶּרֶךְ אַחַת"?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🤲 עזרה לזולת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🔄 גמישות מחשבתית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לנסות משחק חדש שעוד לא שיחקתי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למצוא פתרון אחר כשמשהו לא מצליח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יֵשׁ ________ מִדֶּרֶךְ אַחַת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עשתה אלמז כשהטוש נגמר?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לנסות משחק חדש שעוד לא שיחקתי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גמישות מחשבתית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