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גמישות מחשבתית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"גמישות מחשבתית"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לשנות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way / путь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 change / менять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plan / план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solution / решение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🔄 גמישות מחשבתית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גמישות זה לשנות תוכנית כשצריך. יש הרבה דרכים לפתור בעיה.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way · путь · መንገድ · طريق · chemin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לשנות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change · менять · መቀየር · يغير · changer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 · план · እቅድ · خطة · plan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 · решение · መፍትሄ · حل · solution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דרך  |  לשנות  |  תוכנית  |  פתרון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change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תוכנית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way / путь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plan / план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 change / менять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solution / решение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גמישות זה ________ תוכנית כשצריך. יש הרבה דרכים לפתור בעיה.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"דרך".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עשתה אלמז כשהטוש נגמר?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לנסות משחק חדש שעוד לא שיחקתי / למצוא פתרון אחר כשמשהו לא מצליח)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גמישות מחשבתית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