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עזרה לזולת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🎯 מטרה: לתרגל את ערך השבוע "עזרה לזולת" בקריאה, בשיח ובכתיבה אישית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⏱️ זמן מומלץ: 25 דקות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👥 מסלול: רגיל · חט״ב ותיכון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🔗 הפעילות באתר: https://ptichat-shavua.sites.tab.bot/tirgul.html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אפשר לקרוא את הסיפור בקול לפני העבודה העצמית, ולסיים בשיחה במעגל (10 דקות).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בשאלות הדעה מעריכים נימוק ודוגמה, לא "תשובה נכונה".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הדף מתאים לשבוע של הערך בלוח השבועי באתר, אבל אפשר להשתמש בו בכל זמן.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חלק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א׳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תשובה אישית; לבדוק: הנמקה ודוגמה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תשובה אישית; לבדוק: הנמקה ודוגמה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תשובה אישית; לבדוק: הנמקה ודוגמה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תשובה אישית; לבדוק: הנמקה ודוגמה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ב׳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לא נכון – זה לא מחזק את הערך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לא נכון – זה לא מחזק את הערך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ג׳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לשים לב למי שצריך, להושיט יד ולעזור – בבית, בכיתה ובקהילה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 – להאמין שאפשר לסמוך על מישהו, ולהיות בעצמנו אנשים שאפשר לסמוך עליהם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תחושה טובה מבפנים שאפשר לגלות, לשמור עליה ולשתף בה אחרים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 – היכולת להוביל אחרים בדוגמה אישית, בהקשבה ובאחריות למטרה משותפת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ד׳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שמושטת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37 – הפרש הגילים הוא 3 שנים ונשאר תמיד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ה׳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מטרה ברורה, צעד מעשי אחד לפחות, דרך לבדוק הצלחה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🤲 עזרה לזולת – דף תרגול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ערך השבוע: עזרה לזולת – לשים לב למי שצריך, להושיט יד ולעזור – בבית, בכיתה ובקהילה. קראו, ענו וכתבו. אין תשובה אחת נכונה בשאלות האישיות.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קוראים סיפור קצר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📖 מאיה רואה בהפסקה ילד מכיתה ז׳ שהתיק שלו נפל והמחברות התפזרו, וכמה ילדים צוחקים. היא מתלבטת: אם תעזור, אולי יצחקו גם עליה. היא בכל זאת מתכופפת ואוספת איתו את המחברות, ועוד שתי בנות מצטרפות.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מה עזר למאיה להחליט לעזור למרות החשש?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מה קורה כשאדם אחד מתחיל לעזור?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איך יודעים אם מישהו רוצה עזרה, ואיזו?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4. מה הייתם עושים במקום הדמות בסיפור? למה?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מה מחזק את הערך?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סמנו: האם המעשה מחזק את ערך השבוע "עזרה לזולת"?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משפט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נכון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לא נכון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לקטוע מישהו באמצע המשפט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להאשים אחרים בלי לבדוק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לשים לב למי שנשאר לבד ולהזמין אותו להצטרף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לעזור לשכן או לשכנה בדבר קטן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להציע עזרה בלימודים למישהו שמתקשה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מתאימים ערך להסבר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כתבו ליד כל ערך את האות של ההסבר המתאים לו.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אות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🤲 עזרה לזולת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א. תחושה טובה מבפנים שאפשר לגלות, לשמור עליה ולשתף בה אחרים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🤝 אמון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ב. לשים לב למי שצריך, להושיט יד ולעזור – בבית, בכיתה ובקהילה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😄 שמחה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ג. היכולת להוביל אחרים בדוגמה אישית, בהקשבה ובאחריות למטרה משותפת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🧭 מנהיגות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ד. להאמין שאפשר לסמוך על מישהו, ולהיות בעצמנו אנשים שאפשר לסמוך עליהם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ד׳ – משפט השבוע וחידה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השלימו את משפט השבוע: "יד אחת ________ יכולה לשנות למישהו את כל היום"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🧩 חידה: כשנועה הייתה בת 6, היא עזרה לטפל באחיה הקטן, שהיה אז בדיוק חצי מגילה. היום נועה בת 40. בן כמה אחיה?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ה׳ – המטרה שלי לשבוע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בחרו מטרה אחת (או כתבו מטרה משלכם) ותכננו איך תעשו אותה: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אפשרויות: להציע עזרה בלימודים למישהו שמתקשה · לעזור לשכן או לשכנה בדבר קטן · לשים לב למי שנשאר לבד ולהזמין אותו להצטרף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מה אעשה? מתי? עם מי?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איך אדע שהצלחתי?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מה למדתי השבוע על לעזור ועל לקבל עזרה?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מי שרוצה – ספרו על עזרה שנתתם או קיבלתם השבוע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איך הרגשתי בתרגול? 😀 🙂 😐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עזרה לזולת – דף תרגול (רגיל)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