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עזרה לזולת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"עזרה לזולת"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לשים לב למי שצריך, להושיט יד ולעזור – בבית, בכיתה ובקהילה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להאמין שאפשר לסמוך על מישהו, ולהיות בעצמנו אנשים שאפשר לסמוך עליהם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תחושה טובה מבפנים שאפשר לגלות, לשמור עליה ולשתף בה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היכולת להוביל אחרים בדוגמה אישית, בהקשבה ובאחריות למטרה משותפת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שמושטת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🤲 עזרה לזולת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עזרה לזולת – לשים לב למי שצריך, להושיט יד ולעזור – בבית, בכיתה ובקהילה.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בשיעור חשבון, איתי שם לב שיוסף יושב ולא כותב כלום. הוא לחש לו: רוצה שאסביר לך? יוסף התבייש בהתחלה, ואחר כך הנהן. אחרי חמש דקות יוסף פתר תרגיל לבד, ושניהם צחקו בשקט.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איך איתי שאל את יוסף אם הוא רוצה עזרה?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לפעמים מתביישים לקבל עזרה?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"עזרה לזולת"?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לסדר את הכיתה בסוף היום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לשאול חבר או חברה: צריך עזרה?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לבן משפחה במטלה אחת בבית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🤲 עזרה לזולת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תחושה טובה מבפנים שאפשר לגלות, לשמור עליה ולשתף בה 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אמון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להאמין שאפשר לסמוך על מישהו, ולהיות בעצמנו אנשים שאפשר לסמוך עליהם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😄 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היכולת להוביל אחרים בדוגמה אישית, בהקשבה ובאחריות למטרה משותפת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 מנהיגות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לשים לב למי שצריך, להושיט יד ולעזור – בבית, בכיתה ובקהילה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"יד אחת ________ יכולה לשנות למישהו את כל היום"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יש לי ידיות אבל אין לי ידיים. אני עוזרת לסחוב ספרים ומחברות לבית הספר. מי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לעזור לסדר את הכיתה בסוף היום · לשאול חבר או חברה: צריך עזרה? · לעזור לבן משפחה במטלה אחת בבית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לעזור ועל לקבל עזרה?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עזרה שנתתם או קיבלתם השבוע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עזרה לזולת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